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1333" w:rsidRPr="00EF6EF7" w:rsidRDefault="00B41598" w:rsidP="00EF6EF7">
      <w:pPr>
        <w:rPr>
          <w:rFonts w:ascii="Tahoma" w:hAnsi="Tahoma" w:cs="Tahoma"/>
          <w:b/>
          <w:sz w:val="28"/>
          <w:szCs w:val="28"/>
        </w:rPr>
      </w:pPr>
      <w:proofErr w:type="spellStart"/>
      <w:r w:rsidRPr="00EF6EF7">
        <w:rPr>
          <w:rFonts w:ascii="Tahoma" w:hAnsi="Tahoma" w:cs="Tahoma"/>
          <w:b/>
          <w:sz w:val="28"/>
          <w:szCs w:val="28"/>
        </w:rPr>
        <w:t>Nachweis</w:t>
      </w:r>
      <w:proofErr w:type="spellEnd"/>
      <w:r w:rsidRPr="00EF6EF7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EF6EF7">
        <w:rPr>
          <w:rFonts w:ascii="Tahoma" w:hAnsi="Tahoma" w:cs="Tahoma"/>
          <w:b/>
          <w:sz w:val="28"/>
          <w:szCs w:val="28"/>
        </w:rPr>
        <w:t>über</w:t>
      </w:r>
      <w:proofErr w:type="spellEnd"/>
      <w:r w:rsidRPr="00EF6EF7">
        <w:rPr>
          <w:rFonts w:ascii="Tahoma" w:hAnsi="Tahoma" w:cs="Tahoma"/>
          <w:b/>
          <w:sz w:val="28"/>
          <w:szCs w:val="28"/>
        </w:rPr>
        <w:t xml:space="preserve"> die </w:t>
      </w:r>
      <w:proofErr w:type="spellStart"/>
      <w:r w:rsidRPr="00EF6EF7">
        <w:rPr>
          <w:rFonts w:ascii="Tahoma" w:hAnsi="Tahoma" w:cs="Tahoma"/>
          <w:b/>
          <w:sz w:val="28"/>
          <w:szCs w:val="28"/>
        </w:rPr>
        <w:t>Unterweisung</w:t>
      </w:r>
      <w:proofErr w:type="spellEnd"/>
      <w:r w:rsidRPr="00EF6EF7">
        <w:rPr>
          <w:rFonts w:ascii="Tahoma" w:hAnsi="Tahoma" w:cs="Tahoma"/>
          <w:b/>
          <w:sz w:val="28"/>
          <w:szCs w:val="28"/>
        </w:rPr>
        <w:t xml:space="preserve"> nach § 14 Gefahrstoff</w:t>
      </w:r>
      <w:r w:rsidR="00EF6EF7">
        <w:rPr>
          <w:rFonts w:ascii="Tahoma" w:hAnsi="Tahoma" w:cs="Tahoma"/>
          <w:b/>
          <w:sz w:val="28"/>
          <w:szCs w:val="28"/>
        </w:rPr>
        <w:t>-</w:t>
      </w:r>
      <w:bookmarkStart w:id="0" w:name="_GoBack"/>
      <w:bookmarkEnd w:id="0"/>
      <w:r w:rsidRPr="00EF6EF7">
        <w:rPr>
          <w:rFonts w:ascii="Tahoma" w:hAnsi="Tahoma" w:cs="Tahoma"/>
          <w:b/>
          <w:sz w:val="28"/>
          <w:szCs w:val="28"/>
        </w:rPr>
        <w:t>verordnung (GefStoffV)</w:t>
      </w:r>
    </w:p>
    <w:p w:rsidR="00436F13" w:rsidRPr="00EF6EF7" w:rsidRDefault="00436F13" w:rsidP="00EF6EF7">
      <w:pPr>
        <w:spacing w:line="240" w:lineRule="auto"/>
        <w:rPr>
          <w:rFonts w:ascii="Tahoma" w:hAnsi="Tahoma" w:cs="Tahoma"/>
        </w:rPr>
      </w:pPr>
      <w:proofErr w:type="spellStart"/>
      <w:r w:rsidRPr="00EF6EF7">
        <w:rPr>
          <w:rFonts w:ascii="Tahoma" w:hAnsi="Tahoma" w:cs="Tahoma"/>
          <w:b/>
        </w:rPr>
        <w:t>Abteilung</w:t>
      </w:r>
      <w:proofErr w:type="spellEnd"/>
      <w:r w:rsidRPr="00EF6EF7">
        <w:rPr>
          <w:rFonts w:ascii="Tahoma" w:hAnsi="Tahoma" w:cs="Tahoma"/>
        </w:rPr>
        <w:t>: _________________________</w:t>
      </w:r>
    </w:p>
    <w:p w:rsidR="00481333" w:rsidRPr="00EF6EF7" w:rsidRDefault="00B41598" w:rsidP="00EF6EF7">
      <w:pPr>
        <w:spacing w:line="240" w:lineRule="auto"/>
        <w:rPr>
          <w:rFonts w:ascii="Tahoma" w:hAnsi="Tahoma" w:cs="Tahoma"/>
        </w:rPr>
      </w:pPr>
      <w:r w:rsidRPr="00EF6EF7">
        <w:rPr>
          <w:rFonts w:ascii="Tahoma" w:hAnsi="Tahoma" w:cs="Tahoma"/>
          <w:b/>
        </w:rPr>
        <w:t>Datum der Unterweisung</w:t>
      </w:r>
      <w:r w:rsidRPr="00EF6EF7">
        <w:rPr>
          <w:rFonts w:ascii="Tahoma" w:hAnsi="Tahoma" w:cs="Tahoma"/>
        </w:rPr>
        <w:t>: ____________________</w:t>
      </w:r>
    </w:p>
    <w:p w:rsidR="00481333" w:rsidRPr="00EF6EF7" w:rsidRDefault="00B41598" w:rsidP="00EF6EF7">
      <w:pPr>
        <w:spacing w:line="240" w:lineRule="auto"/>
        <w:rPr>
          <w:rFonts w:ascii="Tahoma" w:hAnsi="Tahoma" w:cs="Tahoma"/>
        </w:rPr>
      </w:pPr>
      <w:r w:rsidRPr="00EF6EF7">
        <w:rPr>
          <w:rFonts w:ascii="Tahoma" w:hAnsi="Tahoma" w:cs="Tahoma"/>
          <w:b/>
        </w:rPr>
        <w:t>Dauer der Unterweisung</w:t>
      </w:r>
      <w:r w:rsidRPr="00EF6EF7">
        <w:rPr>
          <w:rFonts w:ascii="Tahoma" w:hAnsi="Tahoma" w:cs="Tahoma"/>
        </w:rPr>
        <w:t>: ______ Stunden/Minuten</w:t>
      </w:r>
    </w:p>
    <w:p w:rsidR="00481333" w:rsidRPr="00EF6EF7" w:rsidRDefault="00B41598" w:rsidP="00EF6EF7">
      <w:pPr>
        <w:rPr>
          <w:rFonts w:ascii="Tahoma" w:hAnsi="Tahoma" w:cs="Tahoma"/>
          <w:b/>
        </w:rPr>
      </w:pPr>
      <w:r w:rsidRPr="00EF6EF7">
        <w:rPr>
          <w:rFonts w:ascii="Tahoma" w:hAnsi="Tahoma" w:cs="Tahoma"/>
          <w:b/>
        </w:rPr>
        <w:t>1. Unterweisungsthemen &amp; Inhalte</w:t>
      </w:r>
    </w:p>
    <w:p w:rsidR="00481333" w:rsidRPr="00EF6EF7" w:rsidRDefault="00B41598" w:rsidP="00EF6EF7">
      <w:pPr>
        <w:rPr>
          <w:rFonts w:ascii="Tahoma" w:hAnsi="Tahoma" w:cs="Tahoma"/>
        </w:rPr>
      </w:pPr>
      <w:r w:rsidRPr="00EF6EF7">
        <w:rPr>
          <w:rFonts w:ascii="Tahoma" w:hAnsi="Tahoma" w:cs="Tahoma"/>
        </w:rPr>
        <w:t>Die Schulung erfolgte mündlich und arbeitsplatzbezogen auf Basis der aktuellen Betriebsanweisungen. Folgende Schwerpunkte wurden vermittelt:</w:t>
      </w:r>
    </w:p>
    <w:p w:rsidR="00481333" w:rsidRPr="00EF6EF7" w:rsidRDefault="00B41598" w:rsidP="00EF6EF7">
      <w:pPr>
        <w:spacing w:after="0"/>
        <w:rPr>
          <w:rFonts w:ascii="Tahoma" w:hAnsi="Tahoma" w:cs="Tahoma"/>
        </w:rPr>
      </w:pPr>
      <w:proofErr w:type="gramStart"/>
      <w:r w:rsidRPr="00EF6EF7">
        <w:rPr>
          <w:rFonts w:ascii="Tahoma" w:hAnsi="Tahoma" w:cs="Tahoma"/>
        </w:rPr>
        <w:t>[ ]</w:t>
      </w:r>
      <w:proofErr w:type="gramEnd"/>
      <w:r w:rsidRPr="00EF6EF7">
        <w:rPr>
          <w:rFonts w:ascii="Tahoma" w:hAnsi="Tahoma" w:cs="Tahoma"/>
        </w:rPr>
        <w:t xml:space="preserve"> Art der Gefahrstoffe: Vorstellung der im Arbeitsbereich genutzten Gefahrstoffe und deren Eigenschaften.</w:t>
      </w:r>
    </w:p>
    <w:p w:rsidR="00481333" w:rsidRPr="00EF6EF7" w:rsidRDefault="00B41598" w:rsidP="00EF6EF7">
      <w:pPr>
        <w:spacing w:after="0"/>
        <w:rPr>
          <w:rFonts w:ascii="Tahoma" w:hAnsi="Tahoma" w:cs="Tahoma"/>
        </w:rPr>
      </w:pPr>
      <w:proofErr w:type="gramStart"/>
      <w:r w:rsidRPr="00EF6EF7">
        <w:rPr>
          <w:rFonts w:ascii="Tahoma" w:hAnsi="Tahoma" w:cs="Tahoma"/>
        </w:rPr>
        <w:t>[ ]</w:t>
      </w:r>
      <w:proofErr w:type="gramEnd"/>
      <w:r w:rsidRPr="00EF6EF7">
        <w:rPr>
          <w:rFonts w:ascii="Tahoma" w:hAnsi="Tahoma" w:cs="Tahoma"/>
        </w:rPr>
        <w:t xml:space="preserve"> Kennzeichnung &amp; Gefahren: Bedeutung der Gefahrensymbole (GHS-Piktogramme), H- und P-Sätze sowie spezifische Gesundheits- und Brandgefahren.</w:t>
      </w:r>
    </w:p>
    <w:p w:rsidR="00481333" w:rsidRPr="00EF6EF7" w:rsidRDefault="00B41598" w:rsidP="00EF6EF7">
      <w:pPr>
        <w:spacing w:after="0"/>
        <w:rPr>
          <w:rFonts w:ascii="Tahoma" w:hAnsi="Tahoma" w:cs="Tahoma"/>
        </w:rPr>
      </w:pPr>
      <w:proofErr w:type="gramStart"/>
      <w:r w:rsidRPr="00EF6EF7">
        <w:rPr>
          <w:rFonts w:ascii="Tahoma" w:hAnsi="Tahoma" w:cs="Tahoma"/>
        </w:rPr>
        <w:t>[ ]</w:t>
      </w:r>
      <w:proofErr w:type="gramEnd"/>
      <w:r w:rsidRPr="00EF6EF7">
        <w:rPr>
          <w:rFonts w:ascii="Tahoma" w:hAnsi="Tahoma" w:cs="Tahoma"/>
        </w:rPr>
        <w:t xml:space="preserve"> Schutzmaßnahmen: Richtiger Umgang, Verhaltensregeln am Arbeitsplatz und Pflicht zur Nutzung der persönlichen Schutzausrüstung (PSA).</w:t>
      </w:r>
    </w:p>
    <w:p w:rsidR="00481333" w:rsidRPr="00EF6EF7" w:rsidRDefault="00B41598" w:rsidP="00EF6EF7">
      <w:pPr>
        <w:spacing w:after="0"/>
        <w:rPr>
          <w:rFonts w:ascii="Tahoma" w:hAnsi="Tahoma" w:cs="Tahoma"/>
        </w:rPr>
      </w:pPr>
      <w:proofErr w:type="gramStart"/>
      <w:r w:rsidRPr="00EF6EF7">
        <w:rPr>
          <w:rFonts w:ascii="Tahoma" w:hAnsi="Tahoma" w:cs="Tahoma"/>
        </w:rPr>
        <w:t>[ ]</w:t>
      </w:r>
      <w:proofErr w:type="gramEnd"/>
      <w:r w:rsidRPr="00EF6EF7">
        <w:rPr>
          <w:rFonts w:ascii="Tahoma" w:hAnsi="Tahoma" w:cs="Tahoma"/>
        </w:rPr>
        <w:t xml:space="preserve"> Betriebsanweisungen: Erläuterung der aushängenden Betriebsanweisungen und deren Standorte.</w:t>
      </w:r>
    </w:p>
    <w:p w:rsidR="00481333" w:rsidRPr="00EF6EF7" w:rsidRDefault="00B41598" w:rsidP="00EF6EF7">
      <w:pPr>
        <w:spacing w:after="0"/>
        <w:rPr>
          <w:rFonts w:ascii="Tahoma" w:hAnsi="Tahoma" w:cs="Tahoma"/>
        </w:rPr>
      </w:pPr>
      <w:proofErr w:type="gramStart"/>
      <w:r w:rsidRPr="00EF6EF7">
        <w:rPr>
          <w:rFonts w:ascii="Tahoma" w:hAnsi="Tahoma" w:cs="Tahoma"/>
        </w:rPr>
        <w:t>[ ]</w:t>
      </w:r>
      <w:proofErr w:type="gramEnd"/>
      <w:r w:rsidRPr="00EF6EF7">
        <w:rPr>
          <w:rFonts w:ascii="Tahoma" w:hAnsi="Tahoma" w:cs="Tahoma"/>
        </w:rPr>
        <w:t xml:space="preserve"> Notfall &amp; Erste Hilfe: Verhalten bei Unfällen, Leckagen, Bränden sowie Erste-Hilfe-Maßnahmen und Fluchtwege.</w:t>
      </w:r>
    </w:p>
    <w:p w:rsidR="00481333" w:rsidRPr="00EF6EF7" w:rsidRDefault="00B41598" w:rsidP="00EF6EF7">
      <w:pPr>
        <w:spacing w:after="0"/>
        <w:rPr>
          <w:rFonts w:ascii="Tahoma" w:hAnsi="Tahoma" w:cs="Tahoma"/>
        </w:rPr>
      </w:pPr>
      <w:proofErr w:type="gramStart"/>
      <w:r w:rsidRPr="00EF6EF7">
        <w:rPr>
          <w:rFonts w:ascii="Tahoma" w:hAnsi="Tahoma" w:cs="Tahoma"/>
        </w:rPr>
        <w:t>[ ]</w:t>
      </w:r>
      <w:proofErr w:type="gramEnd"/>
      <w:r w:rsidRPr="00EF6EF7">
        <w:rPr>
          <w:rFonts w:ascii="Tahoma" w:hAnsi="Tahoma" w:cs="Tahoma"/>
        </w:rPr>
        <w:t xml:space="preserve"> Entsorgung &amp; Lagerung: Regeln zur sicheren Lagerung und zur umweltgerechten Entsorgung von Gefahrstoffresten.</w:t>
      </w:r>
    </w:p>
    <w:p w:rsidR="00436F13" w:rsidRDefault="00B41598" w:rsidP="00EF6EF7">
      <w:pPr>
        <w:spacing w:after="0"/>
        <w:rPr>
          <w:rFonts w:ascii="Tahoma" w:hAnsi="Tahoma" w:cs="Tahoma"/>
        </w:rPr>
      </w:pPr>
      <w:proofErr w:type="gramStart"/>
      <w:r w:rsidRPr="00EF6EF7">
        <w:rPr>
          <w:rFonts w:ascii="Tahoma" w:hAnsi="Tahoma" w:cs="Tahoma"/>
        </w:rPr>
        <w:t>[ ]</w:t>
      </w:r>
      <w:proofErr w:type="gramEnd"/>
      <w:r w:rsidRPr="00EF6EF7">
        <w:rPr>
          <w:rFonts w:ascii="Tahoma" w:hAnsi="Tahoma" w:cs="Tahoma"/>
        </w:rPr>
        <w:t xml:space="preserve"> Spezifische Ergänzungen: </w:t>
      </w:r>
    </w:p>
    <w:p w:rsidR="00EF6EF7" w:rsidRPr="00EF6EF7" w:rsidRDefault="00EF6EF7" w:rsidP="00EF6EF7">
      <w:pPr>
        <w:spacing w:after="0"/>
        <w:rPr>
          <w:rFonts w:ascii="Tahoma" w:hAnsi="Tahoma" w:cs="Tahoma"/>
        </w:rPr>
      </w:pPr>
    </w:p>
    <w:p w:rsidR="00436F13" w:rsidRPr="00EF6EF7" w:rsidRDefault="00EF6EF7" w:rsidP="00EF6EF7">
      <w:pPr>
        <w:rPr>
          <w:rFonts w:ascii="Tahoma" w:hAnsi="Tahoma" w:cs="Tahoma"/>
          <w:b/>
        </w:rPr>
      </w:pPr>
      <w:r w:rsidRPr="00EF6EF7">
        <w:rPr>
          <w:rFonts w:ascii="Tahoma" w:hAnsi="Tahoma" w:cs="Tahoma"/>
          <w:b/>
        </w:rPr>
        <w:t xml:space="preserve">2. </w:t>
      </w:r>
      <w:proofErr w:type="spellStart"/>
      <w:r w:rsidR="00436F13" w:rsidRPr="00EF6EF7">
        <w:rPr>
          <w:rFonts w:ascii="Tahoma" w:hAnsi="Tahoma" w:cs="Tahoma"/>
          <w:b/>
        </w:rPr>
        <w:t>Folgende</w:t>
      </w:r>
      <w:proofErr w:type="spellEnd"/>
      <w:r w:rsidR="00436F13" w:rsidRPr="00EF6EF7">
        <w:rPr>
          <w:rFonts w:ascii="Tahoma" w:hAnsi="Tahoma" w:cs="Tahoma"/>
          <w:b/>
        </w:rPr>
        <w:t xml:space="preserve"> </w:t>
      </w:r>
      <w:proofErr w:type="spellStart"/>
      <w:r w:rsidR="00436F13" w:rsidRPr="00EF6EF7">
        <w:rPr>
          <w:rFonts w:ascii="Tahoma" w:hAnsi="Tahoma" w:cs="Tahoma"/>
          <w:b/>
        </w:rPr>
        <w:t>Gefahrstoffe</w:t>
      </w:r>
      <w:proofErr w:type="spellEnd"/>
      <w:r w:rsidR="00436F13" w:rsidRPr="00EF6EF7">
        <w:rPr>
          <w:rFonts w:ascii="Tahoma" w:hAnsi="Tahoma" w:cs="Tahoma"/>
          <w:b/>
        </w:rPr>
        <w:t xml:space="preserve"> wurden </w:t>
      </w:r>
      <w:proofErr w:type="spellStart"/>
      <w:r w:rsidRPr="00EF6EF7">
        <w:rPr>
          <w:rFonts w:ascii="Tahoma" w:hAnsi="Tahoma" w:cs="Tahoma"/>
          <w:b/>
        </w:rPr>
        <w:t>vorgestellt</w:t>
      </w:r>
      <w:proofErr w:type="spellEnd"/>
      <w:r w:rsidRPr="00EF6EF7">
        <w:rPr>
          <w:rFonts w:ascii="Tahoma" w:hAnsi="Tahoma" w:cs="Tahoma"/>
          <w:b/>
        </w:rPr>
        <w:t xml:space="preserve"> und erklärt</w:t>
      </w:r>
      <w:r w:rsidR="00436F13" w:rsidRPr="00EF6EF7">
        <w:rPr>
          <w:rFonts w:ascii="Tahoma" w:hAnsi="Tahoma" w:cs="Tahoma"/>
          <w:b/>
        </w:rPr>
        <w:t>:</w:t>
      </w:r>
    </w:p>
    <w:tbl>
      <w:tblPr>
        <w:tblStyle w:val="Tabellenraster"/>
        <w:tblW w:w="8931" w:type="dxa"/>
        <w:tblInd w:w="-5" w:type="dxa"/>
        <w:tblLook w:val="04A0" w:firstRow="1" w:lastRow="0" w:firstColumn="1" w:lastColumn="0" w:noHBand="0" w:noVBand="1"/>
      </w:tblPr>
      <w:tblGrid>
        <w:gridCol w:w="2977"/>
        <w:gridCol w:w="2977"/>
        <w:gridCol w:w="2977"/>
      </w:tblGrid>
      <w:tr w:rsidR="00436F13" w:rsidRPr="00EF6EF7" w:rsidTr="00EF6EF7">
        <w:tc>
          <w:tcPr>
            <w:tcW w:w="2977" w:type="dxa"/>
          </w:tcPr>
          <w:p w:rsidR="00436F13" w:rsidRPr="00EF6EF7" w:rsidRDefault="00436F13" w:rsidP="00EF6EF7">
            <w:pPr>
              <w:rPr>
                <w:rFonts w:ascii="Tahoma" w:hAnsi="Tahoma" w:cs="Tahoma"/>
                <w:b/>
              </w:rPr>
            </w:pPr>
            <w:proofErr w:type="spellStart"/>
            <w:r w:rsidRPr="00EF6EF7">
              <w:rPr>
                <w:rFonts w:ascii="Tahoma" w:hAnsi="Tahoma" w:cs="Tahoma"/>
                <w:b/>
              </w:rPr>
              <w:t>Produktname</w:t>
            </w:r>
            <w:proofErr w:type="spellEnd"/>
            <w:r w:rsidRPr="00EF6EF7">
              <w:rPr>
                <w:rFonts w:ascii="Tahoma" w:hAnsi="Tahoma" w:cs="Tahoma"/>
                <w:b/>
              </w:rPr>
              <w:t>:</w:t>
            </w:r>
          </w:p>
        </w:tc>
        <w:tc>
          <w:tcPr>
            <w:tcW w:w="2977" w:type="dxa"/>
          </w:tcPr>
          <w:p w:rsidR="00436F13" w:rsidRPr="00EF6EF7" w:rsidRDefault="00436F13" w:rsidP="00EF6EF7">
            <w:pPr>
              <w:rPr>
                <w:rFonts w:ascii="Tahoma" w:hAnsi="Tahoma" w:cs="Tahoma"/>
                <w:b/>
              </w:rPr>
            </w:pPr>
            <w:proofErr w:type="spellStart"/>
            <w:r w:rsidRPr="00EF6EF7">
              <w:rPr>
                <w:rFonts w:ascii="Tahoma" w:hAnsi="Tahoma" w:cs="Tahoma"/>
                <w:b/>
              </w:rPr>
              <w:t>Produktname</w:t>
            </w:r>
            <w:proofErr w:type="spellEnd"/>
            <w:r w:rsidRPr="00EF6EF7">
              <w:rPr>
                <w:rFonts w:ascii="Tahoma" w:hAnsi="Tahoma" w:cs="Tahoma"/>
                <w:b/>
              </w:rPr>
              <w:t>:</w:t>
            </w:r>
          </w:p>
        </w:tc>
        <w:tc>
          <w:tcPr>
            <w:tcW w:w="2977" w:type="dxa"/>
          </w:tcPr>
          <w:p w:rsidR="00436F13" w:rsidRPr="00EF6EF7" w:rsidRDefault="00436F13" w:rsidP="00EF6EF7">
            <w:pPr>
              <w:rPr>
                <w:rFonts w:ascii="Tahoma" w:hAnsi="Tahoma" w:cs="Tahoma"/>
                <w:b/>
              </w:rPr>
            </w:pPr>
            <w:proofErr w:type="spellStart"/>
            <w:r w:rsidRPr="00EF6EF7">
              <w:rPr>
                <w:rFonts w:ascii="Tahoma" w:hAnsi="Tahoma" w:cs="Tahoma"/>
                <w:b/>
              </w:rPr>
              <w:t>Produktname</w:t>
            </w:r>
            <w:proofErr w:type="spellEnd"/>
            <w:r w:rsidRPr="00EF6EF7">
              <w:rPr>
                <w:rFonts w:ascii="Tahoma" w:hAnsi="Tahoma" w:cs="Tahoma"/>
                <w:b/>
              </w:rPr>
              <w:t>:</w:t>
            </w:r>
          </w:p>
        </w:tc>
      </w:tr>
      <w:tr w:rsidR="00436F13" w:rsidRPr="00EF6EF7" w:rsidTr="00EF6EF7">
        <w:trPr>
          <w:trHeight w:val="340"/>
        </w:trPr>
        <w:tc>
          <w:tcPr>
            <w:tcW w:w="2977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  <w:tc>
          <w:tcPr>
            <w:tcW w:w="2977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  <w:tc>
          <w:tcPr>
            <w:tcW w:w="2977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</w:tr>
      <w:tr w:rsidR="00436F13" w:rsidRPr="00EF6EF7" w:rsidTr="00EF6EF7">
        <w:trPr>
          <w:trHeight w:val="340"/>
        </w:trPr>
        <w:tc>
          <w:tcPr>
            <w:tcW w:w="2977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  <w:tc>
          <w:tcPr>
            <w:tcW w:w="2977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  <w:tc>
          <w:tcPr>
            <w:tcW w:w="2977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</w:tr>
      <w:tr w:rsidR="00436F13" w:rsidRPr="00EF6EF7" w:rsidTr="00EF6EF7">
        <w:trPr>
          <w:trHeight w:val="340"/>
        </w:trPr>
        <w:tc>
          <w:tcPr>
            <w:tcW w:w="2977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  <w:tc>
          <w:tcPr>
            <w:tcW w:w="2977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  <w:tc>
          <w:tcPr>
            <w:tcW w:w="2977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</w:tr>
      <w:tr w:rsidR="00436F13" w:rsidRPr="00EF6EF7" w:rsidTr="00EF6EF7">
        <w:trPr>
          <w:trHeight w:val="340"/>
        </w:trPr>
        <w:tc>
          <w:tcPr>
            <w:tcW w:w="2977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  <w:tc>
          <w:tcPr>
            <w:tcW w:w="2977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  <w:tc>
          <w:tcPr>
            <w:tcW w:w="2977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</w:tr>
      <w:tr w:rsidR="00436F13" w:rsidRPr="00EF6EF7" w:rsidTr="00EF6EF7">
        <w:trPr>
          <w:trHeight w:val="340"/>
        </w:trPr>
        <w:tc>
          <w:tcPr>
            <w:tcW w:w="2977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  <w:tc>
          <w:tcPr>
            <w:tcW w:w="2977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  <w:tc>
          <w:tcPr>
            <w:tcW w:w="2977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</w:tr>
      <w:tr w:rsidR="00EF6EF7" w:rsidRPr="00EF6EF7" w:rsidTr="00EF6EF7">
        <w:trPr>
          <w:trHeight w:val="340"/>
        </w:trPr>
        <w:tc>
          <w:tcPr>
            <w:tcW w:w="2977" w:type="dxa"/>
          </w:tcPr>
          <w:p w:rsidR="00EF6EF7" w:rsidRPr="00EF6EF7" w:rsidRDefault="00EF6EF7" w:rsidP="00EF6EF7">
            <w:pPr>
              <w:rPr>
                <w:rFonts w:ascii="Tahoma" w:hAnsi="Tahoma" w:cs="Tahoma"/>
              </w:rPr>
            </w:pPr>
          </w:p>
        </w:tc>
        <w:tc>
          <w:tcPr>
            <w:tcW w:w="2977" w:type="dxa"/>
          </w:tcPr>
          <w:p w:rsidR="00EF6EF7" w:rsidRPr="00EF6EF7" w:rsidRDefault="00EF6EF7" w:rsidP="00EF6EF7">
            <w:pPr>
              <w:rPr>
                <w:rFonts w:ascii="Tahoma" w:hAnsi="Tahoma" w:cs="Tahoma"/>
              </w:rPr>
            </w:pPr>
          </w:p>
        </w:tc>
        <w:tc>
          <w:tcPr>
            <w:tcW w:w="2977" w:type="dxa"/>
          </w:tcPr>
          <w:p w:rsidR="00EF6EF7" w:rsidRPr="00EF6EF7" w:rsidRDefault="00EF6EF7" w:rsidP="00EF6EF7">
            <w:pPr>
              <w:rPr>
                <w:rFonts w:ascii="Tahoma" w:hAnsi="Tahoma" w:cs="Tahoma"/>
              </w:rPr>
            </w:pPr>
          </w:p>
        </w:tc>
      </w:tr>
      <w:tr w:rsidR="00EF6EF7" w:rsidRPr="00EF6EF7" w:rsidTr="00EF6EF7">
        <w:trPr>
          <w:trHeight w:val="340"/>
        </w:trPr>
        <w:tc>
          <w:tcPr>
            <w:tcW w:w="2977" w:type="dxa"/>
          </w:tcPr>
          <w:p w:rsidR="00EF6EF7" w:rsidRPr="00EF6EF7" w:rsidRDefault="00EF6EF7" w:rsidP="00EF6EF7">
            <w:pPr>
              <w:rPr>
                <w:rFonts w:ascii="Tahoma" w:hAnsi="Tahoma" w:cs="Tahoma"/>
              </w:rPr>
            </w:pPr>
          </w:p>
        </w:tc>
        <w:tc>
          <w:tcPr>
            <w:tcW w:w="2977" w:type="dxa"/>
          </w:tcPr>
          <w:p w:rsidR="00EF6EF7" w:rsidRPr="00EF6EF7" w:rsidRDefault="00EF6EF7" w:rsidP="00EF6EF7">
            <w:pPr>
              <w:rPr>
                <w:rFonts w:ascii="Tahoma" w:hAnsi="Tahoma" w:cs="Tahoma"/>
              </w:rPr>
            </w:pPr>
          </w:p>
        </w:tc>
        <w:tc>
          <w:tcPr>
            <w:tcW w:w="2977" w:type="dxa"/>
          </w:tcPr>
          <w:p w:rsidR="00EF6EF7" w:rsidRPr="00EF6EF7" w:rsidRDefault="00EF6EF7" w:rsidP="00EF6EF7">
            <w:pPr>
              <w:rPr>
                <w:rFonts w:ascii="Tahoma" w:hAnsi="Tahoma" w:cs="Tahoma"/>
              </w:rPr>
            </w:pPr>
          </w:p>
        </w:tc>
      </w:tr>
      <w:tr w:rsidR="00EF6EF7" w:rsidRPr="00EF6EF7" w:rsidTr="00EF6EF7">
        <w:trPr>
          <w:trHeight w:val="340"/>
        </w:trPr>
        <w:tc>
          <w:tcPr>
            <w:tcW w:w="2977" w:type="dxa"/>
          </w:tcPr>
          <w:p w:rsidR="00EF6EF7" w:rsidRPr="00EF6EF7" w:rsidRDefault="00EF6EF7" w:rsidP="00EF6EF7">
            <w:pPr>
              <w:rPr>
                <w:rFonts w:ascii="Tahoma" w:hAnsi="Tahoma" w:cs="Tahoma"/>
              </w:rPr>
            </w:pPr>
          </w:p>
        </w:tc>
        <w:tc>
          <w:tcPr>
            <w:tcW w:w="2977" w:type="dxa"/>
          </w:tcPr>
          <w:p w:rsidR="00EF6EF7" w:rsidRPr="00EF6EF7" w:rsidRDefault="00EF6EF7" w:rsidP="00EF6EF7">
            <w:pPr>
              <w:rPr>
                <w:rFonts w:ascii="Tahoma" w:hAnsi="Tahoma" w:cs="Tahoma"/>
              </w:rPr>
            </w:pPr>
          </w:p>
        </w:tc>
        <w:tc>
          <w:tcPr>
            <w:tcW w:w="2977" w:type="dxa"/>
          </w:tcPr>
          <w:p w:rsidR="00EF6EF7" w:rsidRPr="00EF6EF7" w:rsidRDefault="00EF6EF7" w:rsidP="00EF6EF7">
            <w:pPr>
              <w:rPr>
                <w:rFonts w:ascii="Tahoma" w:hAnsi="Tahoma" w:cs="Tahoma"/>
              </w:rPr>
            </w:pPr>
          </w:p>
        </w:tc>
      </w:tr>
    </w:tbl>
    <w:p w:rsidR="00EF6EF7" w:rsidRDefault="00EF6EF7" w:rsidP="00EF6EF7">
      <w:pPr>
        <w:rPr>
          <w:rFonts w:ascii="Tahoma" w:hAnsi="Tahoma" w:cs="Tahoma"/>
        </w:rPr>
      </w:pPr>
    </w:p>
    <w:p w:rsidR="00481333" w:rsidRPr="00EF6EF7" w:rsidRDefault="00EF6EF7" w:rsidP="00EF6EF7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lastRenderedPageBreak/>
        <w:t>3</w:t>
      </w:r>
      <w:r w:rsidR="00B41598" w:rsidRPr="00EF6EF7">
        <w:rPr>
          <w:rFonts w:ascii="Tahoma" w:hAnsi="Tahoma" w:cs="Tahoma"/>
          <w:b/>
        </w:rPr>
        <w:t>. Teilnehmerliste &amp; Bestätigung der Beschäftigten</w:t>
      </w:r>
    </w:p>
    <w:p w:rsidR="00481333" w:rsidRPr="00EF6EF7" w:rsidRDefault="00B41598" w:rsidP="00EF6EF7">
      <w:pPr>
        <w:rPr>
          <w:rFonts w:ascii="Tahoma" w:hAnsi="Tahoma" w:cs="Tahoma"/>
        </w:rPr>
      </w:pPr>
      <w:r w:rsidRPr="00EF6EF7">
        <w:rPr>
          <w:rFonts w:ascii="Tahoma" w:hAnsi="Tahoma" w:cs="Tahoma"/>
        </w:rPr>
        <w:t>Mit ihrer Unterschrift bestätigen die Teilnehmenden, dass sie an der oben genannten Unterweisung teilgenommen und die Inhalte sowie die dazugehörigen Betriebsanweisungen verstanden haben.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2"/>
        <w:gridCol w:w="3753"/>
        <w:gridCol w:w="2157"/>
        <w:gridCol w:w="2158"/>
      </w:tblGrid>
      <w:tr w:rsidR="006A6F7E" w:rsidRPr="00EF6EF7" w:rsidTr="00191A10">
        <w:trPr>
          <w:trHeight w:val="340"/>
        </w:trPr>
        <w:tc>
          <w:tcPr>
            <w:tcW w:w="562" w:type="dxa"/>
          </w:tcPr>
          <w:p w:rsidR="00481333" w:rsidRPr="00EF6EF7" w:rsidRDefault="00B41598" w:rsidP="00EF6EF7">
            <w:pPr>
              <w:rPr>
                <w:rFonts w:ascii="Tahoma" w:hAnsi="Tahoma" w:cs="Tahoma"/>
              </w:rPr>
            </w:pPr>
            <w:r w:rsidRPr="00EF6EF7">
              <w:rPr>
                <w:rFonts w:ascii="Tahoma" w:hAnsi="Tahoma" w:cs="Tahoma"/>
              </w:rPr>
              <w:t>Nr.</w:t>
            </w:r>
          </w:p>
        </w:tc>
        <w:tc>
          <w:tcPr>
            <w:tcW w:w="3753" w:type="dxa"/>
          </w:tcPr>
          <w:p w:rsidR="00481333" w:rsidRPr="00EF6EF7" w:rsidRDefault="00B41598" w:rsidP="00EF6EF7">
            <w:pPr>
              <w:rPr>
                <w:rFonts w:ascii="Tahoma" w:hAnsi="Tahoma" w:cs="Tahoma"/>
              </w:rPr>
            </w:pPr>
            <w:r w:rsidRPr="00EF6EF7">
              <w:rPr>
                <w:rFonts w:ascii="Tahoma" w:hAnsi="Tahoma" w:cs="Tahoma"/>
              </w:rPr>
              <w:t>Name, Vorname (Druckbuchstaben)</w:t>
            </w:r>
          </w:p>
        </w:tc>
        <w:tc>
          <w:tcPr>
            <w:tcW w:w="2157" w:type="dxa"/>
          </w:tcPr>
          <w:p w:rsidR="00481333" w:rsidRPr="00EF6EF7" w:rsidRDefault="00B41598" w:rsidP="00EF6EF7">
            <w:pPr>
              <w:rPr>
                <w:rFonts w:ascii="Tahoma" w:hAnsi="Tahoma" w:cs="Tahoma"/>
              </w:rPr>
            </w:pPr>
            <w:proofErr w:type="spellStart"/>
            <w:r w:rsidRPr="00EF6EF7">
              <w:rPr>
                <w:rFonts w:ascii="Tahoma" w:hAnsi="Tahoma" w:cs="Tahoma"/>
              </w:rPr>
              <w:t>Tätigkeit</w:t>
            </w:r>
            <w:proofErr w:type="spellEnd"/>
          </w:p>
        </w:tc>
        <w:tc>
          <w:tcPr>
            <w:tcW w:w="2158" w:type="dxa"/>
          </w:tcPr>
          <w:p w:rsidR="00481333" w:rsidRPr="00EF6EF7" w:rsidRDefault="00B41598" w:rsidP="00EF6EF7">
            <w:pPr>
              <w:rPr>
                <w:rFonts w:ascii="Tahoma" w:hAnsi="Tahoma" w:cs="Tahoma"/>
              </w:rPr>
            </w:pPr>
            <w:r w:rsidRPr="00EF6EF7">
              <w:rPr>
                <w:rFonts w:ascii="Tahoma" w:hAnsi="Tahoma" w:cs="Tahoma"/>
              </w:rPr>
              <w:t>Unterschrift</w:t>
            </w:r>
          </w:p>
        </w:tc>
      </w:tr>
      <w:tr w:rsidR="006A6F7E" w:rsidRPr="00EF6EF7" w:rsidTr="00191A10">
        <w:trPr>
          <w:trHeight w:val="340"/>
        </w:trPr>
        <w:tc>
          <w:tcPr>
            <w:tcW w:w="562" w:type="dxa"/>
          </w:tcPr>
          <w:p w:rsidR="00481333" w:rsidRPr="00EF6EF7" w:rsidRDefault="00B41598" w:rsidP="00EF6EF7">
            <w:pPr>
              <w:rPr>
                <w:rFonts w:ascii="Tahoma" w:hAnsi="Tahoma" w:cs="Tahoma"/>
              </w:rPr>
            </w:pPr>
            <w:r w:rsidRPr="00EF6EF7">
              <w:rPr>
                <w:rFonts w:ascii="Tahoma" w:hAnsi="Tahoma" w:cs="Tahoma"/>
              </w:rPr>
              <w:t>1</w:t>
            </w:r>
          </w:p>
        </w:tc>
        <w:tc>
          <w:tcPr>
            <w:tcW w:w="3753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  <w:tc>
          <w:tcPr>
            <w:tcW w:w="2157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  <w:tc>
          <w:tcPr>
            <w:tcW w:w="2158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</w:tr>
      <w:tr w:rsidR="006A6F7E" w:rsidRPr="00EF6EF7" w:rsidTr="00191A10">
        <w:trPr>
          <w:trHeight w:val="340"/>
        </w:trPr>
        <w:tc>
          <w:tcPr>
            <w:tcW w:w="562" w:type="dxa"/>
          </w:tcPr>
          <w:p w:rsidR="00481333" w:rsidRPr="00EF6EF7" w:rsidRDefault="00B41598" w:rsidP="00EF6EF7">
            <w:pPr>
              <w:rPr>
                <w:rFonts w:ascii="Tahoma" w:hAnsi="Tahoma" w:cs="Tahoma"/>
              </w:rPr>
            </w:pPr>
            <w:r w:rsidRPr="00EF6EF7">
              <w:rPr>
                <w:rFonts w:ascii="Tahoma" w:hAnsi="Tahoma" w:cs="Tahoma"/>
              </w:rPr>
              <w:t>2</w:t>
            </w:r>
          </w:p>
        </w:tc>
        <w:tc>
          <w:tcPr>
            <w:tcW w:w="3753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  <w:tc>
          <w:tcPr>
            <w:tcW w:w="2157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  <w:tc>
          <w:tcPr>
            <w:tcW w:w="2158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</w:tr>
      <w:tr w:rsidR="006A6F7E" w:rsidRPr="00EF6EF7" w:rsidTr="00191A10">
        <w:trPr>
          <w:trHeight w:val="340"/>
        </w:trPr>
        <w:tc>
          <w:tcPr>
            <w:tcW w:w="562" w:type="dxa"/>
          </w:tcPr>
          <w:p w:rsidR="00481333" w:rsidRPr="00EF6EF7" w:rsidRDefault="00B41598" w:rsidP="00EF6EF7">
            <w:pPr>
              <w:rPr>
                <w:rFonts w:ascii="Tahoma" w:hAnsi="Tahoma" w:cs="Tahoma"/>
              </w:rPr>
            </w:pPr>
            <w:r w:rsidRPr="00EF6EF7">
              <w:rPr>
                <w:rFonts w:ascii="Tahoma" w:hAnsi="Tahoma" w:cs="Tahoma"/>
              </w:rPr>
              <w:t>3</w:t>
            </w:r>
          </w:p>
        </w:tc>
        <w:tc>
          <w:tcPr>
            <w:tcW w:w="3753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  <w:tc>
          <w:tcPr>
            <w:tcW w:w="2157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  <w:tc>
          <w:tcPr>
            <w:tcW w:w="2158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</w:tr>
      <w:tr w:rsidR="006A6F7E" w:rsidRPr="00EF6EF7" w:rsidTr="00191A10">
        <w:trPr>
          <w:trHeight w:val="340"/>
        </w:trPr>
        <w:tc>
          <w:tcPr>
            <w:tcW w:w="562" w:type="dxa"/>
          </w:tcPr>
          <w:p w:rsidR="00481333" w:rsidRPr="00EF6EF7" w:rsidRDefault="00B41598" w:rsidP="00EF6EF7">
            <w:pPr>
              <w:rPr>
                <w:rFonts w:ascii="Tahoma" w:hAnsi="Tahoma" w:cs="Tahoma"/>
              </w:rPr>
            </w:pPr>
            <w:r w:rsidRPr="00EF6EF7">
              <w:rPr>
                <w:rFonts w:ascii="Tahoma" w:hAnsi="Tahoma" w:cs="Tahoma"/>
              </w:rPr>
              <w:t>4</w:t>
            </w:r>
          </w:p>
        </w:tc>
        <w:tc>
          <w:tcPr>
            <w:tcW w:w="3753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  <w:tc>
          <w:tcPr>
            <w:tcW w:w="2157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  <w:tc>
          <w:tcPr>
            <w:tcW w:w="2158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</w:tr>
      <w:tr w:rsidR="006A6F7E" w:rsidRPr="00EF6EF7" w:rsidTr="00191A10">
        <w:trPr>
          <w:trHeight w:val="340"/>
        </w:trPr>
        <w:tc>
          <w:tcPr>
            <w:tcW w:w="562" w:type="dxa"/>
          </w:tcPr>
          <w:p w:rsidR="00481333" w:rsidRPr="00EF6EF7" w:rsidRDefault="00B41598" w:rsidP="00EF6EF7">
            <w:pPr>
              <w:rPr>
                <w:rFonts w:ascii="Tahoma" w:hAnsi="Tahoma" w:cs="Tahoma"/>
              </w:rPr>
            </w:pPr>
            <w:r w:rsidRPr="00EF6EF7">
              <w:rPr>
                <w:rFonts w:ascii="Tahoma" w:hAnsi="Tahoma" w:cs="Tahoma"/>
              </w:rPr>
              <w:t>5</w:t>
            </w:r>
          </w:p>
        </w:tc>
        <w:tc>
          <w:tcPr>
            <w:tcW w:w="3753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  <w:tc>
          <w:tcPr>
            <w:tcW w:w="2157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  <w:tc>
          <w:tcPr>
            <w:tcW w:w="2158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</w:tr>
      <w:tr w:rsidR="006A6F7E" w:rsidRPr="00EF6EF7" w:rsidTr="00191A10">
        <w:trPr>
          <w:trHeight w:val="340"/>
        </w:trPr>
        <w:tc>
          <w:tcPr>
            <w:tcW w:w="562" w:type="dxa"/>
          </w:tcPr>
          <w:p w:rsidR="00481333" w:rsidRPr="00EF6EF7" w:rsidRDefault="00B41598" w:rsidP="00EF6EF7">
            <w:pPr>
              <w:rPr>
                <w:rFonts w:ascii="Tahoma" w:hAnsi="Tahoma" w:cs="Tahoma"/>
              </w:rPr>
            </w:pPr>
            <w:r w:rsidRPr="00EF6EF7">
              <w:rPr>
                <w:rFonts w:ascii="Tahoma" w:hAnsi="Tahoma" w:cs="Tahoma"/>
              </w:rPr>
              <w:t>6</w:t>
            </w:r>
          </w:p>
        </w:tc>
        <w:tc>
          <w:tcPr>
            <w:tcW w:w="3753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  <w:tc>
          <w:tcPr>
            <w:tcW w:w="2157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  <w:tc>
          <w:tcPr>
            <w:tcW w:w="2158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</w:tr>
      <w:tr w:rsidR="006A6F7E" w:rsidRPr="00EF6EF7" w:rsidTr="00191A10">
        <w:trPr>
          <w:trHeight w:val="340"/>
        </w:trPr>
        <w:tc>
          <w:tcPr>
            <w:tcW w:w="562" w:type="dxa"/>
          </w:tcPr>
          <w:p w:rsidR="00481333" w:rsidRPr="00EF6EF7" w:rsidRDefault="00B41598" w:rsidP="00EF6EF7">
            <w:pPr>
              <w:rPr>
                <w:rFonts w:ascii="Tahoma" w:hAnsi="Tahoma" w:cs="Tahoma"/>
              </w:rPr>
            </w:pPr>
            <w:r w:rsidRPr="00EF6EF7">
              <w:rPr>
                <w:rFonts w:ascii="Tahoma" w:hAnsi="Tahoma" w:cs="Tahoma"/>
              </w:rPr>
              <w:t>7</w:t>
            </w:r>
          </w:p>
        </w:tc>
        <w:tc>
          <w:tcPr>
            <w:tcW w:w="3753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  <w:tc>
          <w:tcPr>
            <w:tcW w:w="2157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  <w:tc>
          <w:tcPr>
            <w:tcW w:w="2158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</w:tr>
      <w:tr w:rsidR="006A6F7E" w:rsidRPr="00EF6EF7" w:rsidTr="00191A10">
        <w:trPr>
          <w:trHeight w:val="340"/>
        </w:trPr>
        <w:tc>
          <w:tcPr>
            <w:tcW w:w="562" w:type="dxa"/>
          </w:tcPr>
          <w:p w:rsidR="00481333" w:rsidRPr="00EF6EF7" w:rsidRDefault="00B41598" w:rsidP="00EF6EF7">
            <w:pPr>
              <w:rPr>
                <w:rFonts w:ascii="Tahoma" w:hAnsi="Tahoma" w:cs="Tahoma"/>
              </w:rPr>
            </w:pPr>
            <w:r w:rsidRPr="00EF6EF7">
              <w:rPr>
                <w:rFonts w:ascii="Tahoma" w:hAnsi="Tahoma" w:cs="Tahoma"/>
              </w:rPr>
              <w:t>8</w:t>
            </w:r>
          </w:p>
        </w:tc>
        <w:tc>
          <w:tcPr>
            <w:tcW w:w="3753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  <w:tc>
          <w:tcPr>
            <w:tcW w:w="2157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  <w:tc>
          <w:tcPr>
            <w:tcW w:w="2158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</w:tr>
      <w:tr w:rsidR="006A6F7E" w:rsidRPr="00EF6EF7" w:rsidTr="00191A10">
        <w:trPr>
          <w:trHeight w:val="340"/>
        </w:trPr>
        <w:tc>
          <w:tcPr>
            <w:tcW w:w="562" w:type="dxa"/>
          </w:tcPr>
          <w:p w:rsidR="00481333" w:rsidRPr="00EF6EF7" w:rsidRDefault="00B41598" w:rsidP="00EF6EF7">
            <w:pPr>
              <w:rPr>
                <w:rFonts w:ascii="Tahoma" w:hAnsi="Tahoma" w:cs="Tahoma"/>
              </w:rPr>
            </w:pPr>
            <w:r w:rsidRPr="00EF6EF7">
              <w:rPr>
                <w:rFonts w:ascii="Tahoma" w:hAnsi="Tahoma" w:cs="Tahoma"/>
              </w:rPr>
              <w:t>9</w:t>
            </w:r>
          </w:p>
        </w:tc>
        <w:tc>
          <w:tcPr>
            <w:tcW w:w="3753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  <w:tc>
          <w:tcPr>
            <w:tcW w:w="2157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  <w:tc>
          <w:tcPr>
            <w:tcW w:w="2158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</w:tr>
      <w:tr w:rsidR="006A6F7E" w:rsidRPr="00EF6EF7" w:rsidTr="00191A10">
        <w:trPr>
          <w:trHeight w:val="340"/>
        </w:trPr>
        <w:tc>
          <w:tcPr>
            <w:tcW w:w="562" w:type="dxa"/>
          </w:tcPr>
          <w:p w:rsidR="00481333" w:rsidRPr="00EF6EF7" w:rsidRDefault="00B41598" w:rsidP="00EF6EF7">
            <w:pPr>
              <w:rPr>
                <w:rFonts w:ascii="Tahoma" w:hAnsi="Tahoma" w:cs="Tahoma"/>
              </w:rPr>
            </w:pPr>
            <w:r w:rsidRPr="00EF6EF7">
              <w:rPr>
                <w:rFonts w:ascii="Tahoma" w:hAnsi="Tahoma" w:cs="Tahoma"/>
              </w:rPr>
              <w:t>10</w:t>
            </w:r>
          </w:p>
        </w:tc>
        <w:tc>
          <w:tcPr>
            <w:tcW w:w="3753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  <w:tc>
          <w:tcPr>
            <w:tcW w:w="2157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  <w:tc>
          <w:tcPr>
            <w:tcW w:w="2158" w:type="dxa"/>
          </w:tcPr>
          <w:p w:rsidR="00481333" w:rsidRPr="00EF6EF7" w:rsidRDefault="00481333" w:rsidP="00EF6EF7">
            <w:pPr>
              <w:rPr>
                <w:rFonts w:ascii="Tahoma" w:hAnsi="Tahoma" w:cs="Tahoma"/>
              </w:rPr>
            </w:pPr>
          </w:p>
        </w:tc>
      </w:tr>
      <w:tr w:rsidR="00436F13" w:rsidRPr="00EF6EF7" w:rsidTr="00191A10">
        <w:trPr>
          <w:trHeight w:val="340"/>
        </w:trPr>
        <w:tc>
          <w:tcPr>
            <w:tcW w:w="562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  <w:r w:rsidRPr="00EF6EF7">
              <w:rPr>
                <w:rFonts w:ascii="Tahoma" w:hAnsi="Tahoma" w:cs="Tahoma"/>
              </w:rPr>
              <w:t>11</w:t>
            </w:r>
          </w:p>
        </w:tc>
        <w:tc>
          <w:tcPr>
            <w:tcW w:w="3753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  <w:tc>
          <w:tcPr>
            <w:tcW w:w="2157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  <w:tc>
          <w:tcPr>
            <w:tcW w:w="2158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</w:tr>
      <w:tr w:rsidR="00436F13" w:rsidRPr="00EF6EF7" w:rsidTr="00191A10">
        <w:trPr>
          <w:trHeight w:val="340"/>
        </w:trPr>
        <w:tc>
          <w:tcPr>
            <w:tcW w:w="562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  <w:r w:rsidRPr="00EF6EF7">
              <w:rPr>
                <w:rFonts w:ascii="Tahoma" w:hAnsi="Tahoma" w:cs="Tahoma"/>
              </w:rPr>
              <w:t>12</w:t>
            </w:r>
          </w:p>
        </w:tc>
        <w:tc>
          <w:tcPr>
            <w:tcW w:w="3753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  <w:tc>
          <w:tcPr>
            <w:tcW w:w="2157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  <w:tc>
          <w:tcPr>
            <w:tcW w:w="2158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</w:tr>
      <w:tr w:rsidR="00436F13" w:rsidRPr="00EF6EF7" w:rsidTr="00191A10">
        <w:trPr>
          <w:trHeight w:val="340"/>
        </w:trPr>
        <w:tc>
          <w:tcPr>
            <w:tcW w:w="562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  <w:r w:rsidRPr="00EF6EF7">
              <w:rPr>
                <w:rFonts w:ascii="Tahoma" w:hAnsi="Tahoma" w:cs="Tahoma"/>
              </w:rPr>
              <w:t>13</w:t>
            </w:r>
          </w:p>
        </w:tc>
        <w:tc>
          <w:tcPr>
            <w:tcW w:w="3753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  <w:tc>
          <w:tcPr>
            <w:tcW w:w="2157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  <w:tc>
          <w:tcPr>
            <w:tcW w:w="2158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</w:tr>
      <w:tr w:rsidR="00436F13" w:rsidRPr="00EF6EF7" w:rsidTr="00191A10">
        <w:trPr>
          <w:trHeight w:val="340"/>
        </w:trPr>
        <w:tc>
          <w:tcPr>
            <w:tcW w:w="562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  <w:r w:rsidRPr="00EF6EF7">
              <w:rPr>
                <w:rFonts w:ascii="Tahoma" w:hAnsi="Tahoma" w:cs="Tahoma"/>
              </w:rPr>
              <w:t>14</w:t>
            </w:r>
          </w:p>
        </w:tc>
        <w:tc>
          <w:tcPr>
            <w:tcW w:w="3753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  <w:tc>
          <w:tcPr>
            <w:tcW w:w="2157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  <w:tc>
          <w:tcPr>
            <w:tcW w:w="2158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</w:tr>
      <w:tr w:rsidR="00436F13" w:rsidRPr="00EF6EF7" w:rsidTr="00191A10">
        <w:trPr>
          <w:trHeight w:val="340"/>
        </w:trPr>
        <w:tc>
          <w:tcPr>
            <w:tcW w:w="562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  <w:r w:rsidRPr="00EF6EF7">
              <w:rPr>
                <w:rFonts w:ascii="Tahoma" w:hAnsi="Tahoma" w:cs="Tahoma"/>
              </w:rPr>
              <w:t>15</w:t>
            </w:r>
          </w:p>
        </w:tc>
        <w:tc>
          <w:tcPr>
            <w:tcW w:w="3753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  <w:tc>
          <w:tcPr>
            <w:tcW w:w="2157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  <w:tc>
          <w:tcPr>
            <w:tcW w:w="2158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</w:tr>
      <w:tr w:rsidR="00436F13" w:rsidRPr="00EF6EF7" w:rsidTr="00191A10">
        <w:trPr>
          <w:trHeight w:val="340"/>
        </w:trPr>
        <w:tc>
          <w:tcPr>
            <w:tcW w:w="562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  <w:r w:rsidRPr="00EF6EF7">
              <w:rPr>
                <w:rFonts w:ascii="Tahoma" w:hAnsi="Tahoma" w:cs="Tahoma"/>
              </w:rPr>
              <w:t>16</w:t>
            </w:r>
          </w:p>
        </w:tc>
        <w:tc>
          <w:tcPr>
            <w:tcW w:w="3753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  <w:tc>
          <w:tcPr>
            <w:tcW w:w="2157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  <w:tc>
          <w:tcPr>
            <w:tcW w:w="2158" w:type="dxa"/>
          </w:tcPr>
          <w:p w:rsidR="00436F13" w:rsidRPr="00EF6EF7" w:rsidRDefault="00436F13" w:rsidP="00EF6EF7">
            <w:pPr>
              <w:rPr>
                <w:rFonts w:ascii="Tahoma" w:hAnsi="Tahoma" w:cs="Tahoma"/>
              </w:rPr>
            </w:pPr>
          </w:p>
        </w:tc>
      </w:tr>
    </w:tbl>
    <w:p w:rsidR="00EF6EF7" w:rsidRDefault="00EF6EF7" w:rsidP="00EF6EF7">
      <w:pPr>
        <w:rPr>
          <w:rFonts w:ascii="Tahoma" w:hAnsi="Tahoma" w:cs="Tahoma"/>
        </w:rPr>
      </w:pPr>
    </w:p>
    <w:p w:rsidR="00481333" w:rsidRPr="00EF6EF7" w:rsidRDefault="00EF6EF7" w:rsidP="00EF6EF7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4</w:t>
      </w:r>
      <w:r w:rsidR="00B41598" w:rsidRPr="00EF6EF7">
        <w:rPr>
          <w:rFonts w:ascii="Tahoma" w:hAnsi="Tahoma" w:cs="Tahoma"/>
          <w:b/>
        </w:rPr>
        <w:t>. Bestätigung des Unterweisenden</w:t>
      </w:r>
    </w:p>
    <w:p w:rsidR="00481333" w:rsidRPr="00EF6EF7" w:rsidRDefault="00B41598" w:rsidP="00EF6EF7">
      <w:pPr>
        <w:rPr>
          <w:rFonts w:ascii="Tahoma" w:hAnsi="Tahoma" w:cs="Tahoma"/>
        </w:rPr>
      </w:pPr>
      <w:r w:rsidRPr="00EF6EF7">
        <w:rPr>
          <w:rFonts w:ascii="Tahoma" w:hAnsi="Tahoma" w:cs="Tahoma"/>
        </w:rPr>
        <w:t>Hiermit wird bestätigt, dass die oben aufgeführten Beschäftigten heute umfassend und anwendungsbezogen zu den ausgewählten Gefahrstoffthemen unterwiesen wurden. Fragen der Mitarbeitenden wurden beantwortet.</w:t>
      </w:r>
    </w:p>
    <w:p w:rsidR="00481333" w:rsidRPr="00EF6EF7" w:rsidRDefault="00B41598" w:rsidP="00EF6EF7">
      <w:pPr>
        <w:rPr>
          <w:rFonts w:ascii="Tahoma" w:hAnsi="Tahoma" w:cs="Tahoma"/>
        </w:rPr>
      </w:pPr>
      <w:r w:rsidRPr="00EF6EF7">
        <w:rPr>
          <w:rFonts w:ascii="Tahoma" w:hAnsi="Tahoma" w:cs="Tahoma"/>
        </w:rPr>
        <w:br/>
        <w:t>Ort, Datum: ___________________________</w:t>
      </w:r>
      <w:r w:rsidRPr="00EF6EF7">
        <w:rPr>
          <w:rFonts w:ascii="Tahoma" w:hAnsi="Tahoma" w:cs="Tahoma"/>
        </w:rPr>
        <w:br/>
      </w:r>
      <w:r w:rsidRPr="00EF6EF7">
        <w:rPr>
          <w:rFonts w:ascii="Tahoma" w:hAnsi="Tahoma" w:cs="Tahoma"/>
        </w:rPr>
        <w:br/>
        <w:t>_____________________________________</w:t>
      </w:r>
      <w:r w:rsidR="00EF6EF7">
        <w:rPr>
          <w:rFonts w:ascii="Tahoma" w:hAnsi="Tahoma" w:cs="Tahoma"/>
        </w:rPr>
        <w:t>______</w:t>
      </w:r>
      <w:r w:rsidRPr="00EF6EF7">
        <w:rPr>
          <w:rFonts w:ascii="Tahoma" w:hAnsi="Tahoma" w:cs="Tahoma"/>
        </w:rPr>
        <w:br/>
      </w:r>
      <w:r w:rsidR="00EF6EF7" w:rsidRPr="00EF6EF7">
        <w:rPr>
          <w:rFonts w:ascii="Tahoma" w:hAnsi="Tahoma" w:cs="Tahoma"/>
          <w:b/>
        </w:rPr>
        <w:t xml:space="preserve">Name und </w:t>
      </w:r>
      <w:r w:rsidRPr="00EF6EF7">
        <w:rPr>
          <w:rFonts w:ascii="Tahoma" w:hAnsi="Tahoma" w:cs="Tahoma"/>
          <w:b/>
        </w:rPr>
        <w:t>Unterschrift</w:t>
      </w:r>
      <w:r w:rsidRPr="00EF6EF7">
        <w:rPr>
          <w:rFonts w:ascii="Tahoma" w:hAnsi="Tahoma" w:cs="Tahoma"/>
        </w:rPr>
        <w:t xml:space="preserve"> des </w:t>
      </w:r>
      <w:proofErr w:type="spellStart"/>
      <w:r w:rsidRPr="00EF6EF7">
        <w:rPr>
          <w:rFonts w:ascii="Tahoma" w:hAnsi="Tahoma" w:cs="Tahoma"/>
        </w:rPr>
        <w:t>Unterweisenden</w:t>
      </w:r>
      <w:proofErr w:type="spellEnd"/>
    </w:p>
    <w:sectPr w:rsidR="00481333" w:rsidRPr="00EF6EF7" w:rsidSect="006A6F7E">
      <w:headerReference w:type="default" r:id="rId8"/>
      <w:footerReference w:type="default" r:id="rId9"/>
      <w:pgSz w:w="12240" w:h="15840"/>
      <w:pgMar w:top="1440" w:right="1800" w:bottom="1440" w:left="1800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4951" w:rsidRDefault="00A44951" w:rsidP="00A44951">
      <w:pPr>
        <w:spacing w:after="0" w:line="240" w:lineRule="auto"/>
      </w:pPr>
      <w:r>
        <w:separator/>
      </w:r>
    </w:p>
  </w:endnote>
  <w:endnote w:type="continuationSeparator" w:id="0">
    <w:p w:rsidR="00A44951" w:rsidRDefault="00A44951" w:rsidP="00A44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4951" w:rsidRPr="00436F13" w:rsidRDefault="00A44951" w:rsidP="00436F13">
    <w:pPr>
      <w:spacing w:after="0"/>
      <w:rPr>
        <w:rFonts w:ascii="Tahoma" w:hAnsi="Tahoma" w:cs="Tahoma"/>
      </w:rPr>
    </w:pPr>
    <w:proofErr w:type="spellStart"/>
    <w:r w:rsidRPr="00436F13">
      <w:rPr>
        <w:rFonts w:ascii="Tahoma" w:hAnsi="Tahoma" w:cs="Tahoma"/>
      </w:rPr>
      <w:t>Formular</w:t>
    </w:r>
    <w:proofErr w:type="spellEnd"/>
    <w:r w:rsidRPr="00436F13">
      <w:rPr>
        <w:rFonts w:ascii="Tahoma" w:hAnsi="Tahoma" w:cs="Tahoma"/>
      </w:rPr>
      <w:t xml:space="preserve"> </w:t>
    </w:r>
    <w:proofErr w:type="spellStart"/>
    <w:r w:rsidR="00436F13">
      <w:rPr>
        <w:rFonts w:ascii="Tahoma" w:hAnsi="Tahoma" w:cs="Tahoma"/>
      </w:rPr>
      <w:t>Gefahrstoffunterweisung</w:t>
    </w:r>
    <w:proofErr w:type="spellEnd"/>
    <w:r w:rsidR="00436F13">
      <w:rPr>
        <w:rFonts w:ascii="Tahoma" w:hAnsi="Tahoma" w:cs="Tahoma"/>
      </w:rPr>
      <w:t xml:space="preserve"> TN-</w:t>
    </w:r>
    <w:proofErr w:type="spellStart"/>
    <w:r w:rsidR="00436F13">
      <w:rPr>
        <w:rFonts w:ascii="Tahoma" w:hAnsi="Tahoma" w:cs="Tahoma"/>
      </w:rPr>
      <w:t>Liste</w:t>
    </w:r>
    <w:proofErr w:type="spellEnd"/>
  </w:p>
  <w:p w:rsidR="00A44951" w:rsidRPr="00436F13" w:rsidRDefault="00A44951" w:rsidP="00436F13">
    <w:pPr>
      <w:rPr>
        <w:rFonts w:ascii="Tahoma" w:hAnsi="Tahoma" w:cs="Tahoma"/>
      </w:rPr>
    </w:pPr>
    <w:r w:rsidRPr="00436F13">
      <w:rPr>
        <w:rFonts w:ascii="Tahoma" w:hAnsi="Tahoma" w:cs="Tahoma"/>
        <w:spacing w:val="-2"/>
      </w:rPr>
      <w:t>F.GF.H</w:t>
    </w:r>
    <w:r w:rsidR="00436F13">
      <w:rPr>
        <w:rFonts w:ascii="Tahoma" w:hAnsi="Tahoma" w:cs="Tahoma"/>
        <w:spacing w:val="-2"/>
      </w:rPr>
      <w:t xml:space="preserve">V.39.00; </w:t>
    </w:r>
    <w:proofErr w:type="spellStart"/>
    <w:r w:rsidR="00436F13">
      <w:rPr>
        <w:rFonts w:ascii="Tahoma" w:hAnsi="Tahoma" w:cs="Tahoma"/>
        <w:spacing w:val="-2"/>
      </w:rPr>
      <w:t>erstellt</w:t>
    </w:r>
    <w:proofErr w:type="spellEnd"/>
    <w:r w:rsidR="00436F13">
      <w:rPr>
        <w:rFonts w:ascii="Tahoma" w:hAnsi="Tahoma" w:cs="Tahoma"/>
        <w:spacing w:val="-2"/>
      </w:rPr>
      <w:t xml:space="preserve"> von J. Kentzler am 07.09.2026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4951" w:rsidRDefault="00A44951" w:rsidP="00A44951">
      <w:pPr>
        <w:spacing w:after="0" w:line="240" w:lineRule="auto"/>
      </w:pPr>
      <w:r>
        <w:separator/>
      </w:r>
    </w:p>
  </w:footnote>
  <w:footnote w:type="continuationSeparator" w:id="0">
    <w:p w:rsidR="00A44951" w:rsidRDefault="00A44951" w:rsidP="00A44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4951" w:rsidRPr="00A44951" w:rsidRDefault="00A44951" w:rsidP="00A44951">
    <w:pPr>
      <w:spacing w:after="0"/>
      <w:rPr>
        <w:rFonts w:ascii="Tahoma" w:hAnsi="Tahoma" w:cs="Tahoma"/>
        <w:b/>
        <w:sz w:val="32"/>
      </w:rPr>
    </w:pPr>
    <w:r w:rsidRPr="00A44951">
      <w:rPr>
        <w:rFonts w:ascii="Tahoma" w:hAnsi="Tahoma" w:cs="Tahoma"/>
        <w:noProof/>
      </w:rPr>
      <w:drawing>
        <wp:anchor distT="0" distB="0" distL="0" distR="0" simplePos="0" relativeHeight="251659264" behindDoc="0" locked="0" layoutInCell="1" allowOverlap="1" wp14:anchorId="072588C9" wp14:editId="45FD46C9">
          <wp:simplePos x="0" y="0"/>
          <wp:positionH relativeFrom="page">
            <wp:posOffset>4517390</wp:posOffset>
          </wp:positionH>
          <wp:positionV relativeFrom="paragraph">
            <wp:posOffset>107414</wp:posOffset>
          </wp:positionV>
          <wp:extent cx="2114550" cy="44767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1455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44951">
      <w:rPr>
        <w:rFonts w:ascii="Tahoma" w:hAnsi="Tahoma" w:cs="Tahoma"/>
        <w:b/>
        <w:spacing w:val="-5"/>
        <w:sz w:val="32"/>
      </w:rPr>
      <w:t>QMH</w:t>
    </w:r>
  </w:p>
  <w:p w:rsidR="00A44951" w:rsidRPr="00436F13" w:rsidRDefault="00A44951" w:rsidP="00A44951">
    <w:pPr>
      <w:spacing w:after="0"/>
      <w:rPr>
        <w:rFonts w:ascii="Tahoma" w:hAnsi="Tahoma" w:cs="Tahoma"/>
        <w:b/>
        <w:sz w:val="28"/>
        <w:szCs w:val="28"/>
      </w:rPr>
    </w:pPr>
    <w:proofErr w:type="spellStart"/>
    <w:r w:rsidRPr="00436F13">
      <w:rPr>
        <w:rFonts w:ascii="Tahoma" w:hAnsi="Tahoma" w:cs="Tahoma"/>
        <w:b/>
        <w:spacing w:val="-2"/>
        <w:sz w:val="28"/>
        <w:szCs w:val="28"/>
      </w:rPr>
      <w:t>Formular</w:t>
    </w:r>
    <w:proofErr w:type="spellEnd"/>
    <w:r w:rsidR="00436F13" w:rsidRPr="00436F13">
      <w:rPr>
        <w:rFonts w:ascii="Tahoma" w:hAnsi="Tahoma" w:cs="Tahoma"/>
        <w:b/>
        <w:spacing w:val="-2"/>
        <w:sz w:val="28"/>
        <w:szCs w:val="28"/>
      </w:rPr>
      <w:t xml:space="preserve"> </w:t>
    </w:r>
    <w:proofErr w:type="spellStart"/>
    <w:r w:rsidR="00436F13" w:rsidRPr="00436F13">
      <w:rPr>
        <w:rFonts w:ascii="Tahoma" w:hAnsi="Tahoma" w:cs="Tahoma"/>
        <w:b/>
        <w:spacing w:val="-2"/>
        <w:sz w:val="28"/>
        <w:szCs w:val="28"/>
      </w:rPr>
      <w:t>Gefahrstoffunterweisung</w:t>
    </w:r>
    <w:proofErr w:type="spellEnd"/>
  </w:p>
  <w:p w:rsidR="00A44951" w:rsidRPr="00A44951" w:rsidRDefault="00A44951" w:rsidP="00A44951">
    <w:pPr>
      <w:spacing w:after="0"/>
      <w:rPr>
        <w:rFonts w:ascii="Tahoma" w:hAnsi="Tahoma" w:cs="Tahoma"/>
        <w:b/>
        <w:spacing w:val="-2"/>
      </w:rPr>
    </w:pPr>
    <w:r w:rsidRPr="00A44951">
      <w:rPr>
        <w:rFonts w:ascii="Tahoma" w:hAnsi="Tahoma" w:cs="Tahoma"/>
        <w:spacing w:val="-2"/>
      </w:rPr>
      <w:t>F.GF.HV</w:t>
    </w:r>
    <w:r w:rsidR="00436F13">
      <w:rPr>
        <w:rFonts w:ascii="Tahoma" w:hAnsi="Tahoma" w:cs="Tahoma"/>
        <w:spacing w:val="-2"/>
      </w:rPr>
      <w:t>.39.00</w:t>
    </w:r>
  </w:p>
  <w:p w:rsidR="00A44951" w:rsidRPr="00A44951" w:rsidRDefault="00A44951" w:rsidP="00A44951">
    <w:pPr>
      <w:spacing w:after="0"/>
      <w:rPr>
        <w:rFonts w:ascii="Tahoma" w:hAnsi="Tahoma" w:cs="Tahoma"/>
        <w:sz w:val="24"/>
      </w:rPr>
    </w:pPr>
    <w:proofErr w:type="spellStart"/>
    <w:r w:rsidRPr="00A44951">
      <w:rPr>
        <w:rFonts w:ascii="Tahoma" w:hAnsi="Tahoma" w:cs="Tahoma"/>
        <w:b/>
        <w:spacing w:val="-2"/>
        <w:sz w:val="20"/>
      </w:rPr>
      <w:t>Gültigkeit</w:t>
    </w:r>
    <w:proofErr w:type="spellEnd"/>
    <w:r w:rsidRPr="00A44951">
      <w:rPr>
        <w:rFonts w:ascii="Tahoma" w:hAnsi="Tahoma" w:cs="Tahoma"/>
        <w:b/>
        <w:spacing w:val="-2"/>
        <w:sz w:val="20"/>
      </w:rPr>
      <w:t>/</w:t>
    </w:r>
    <w:proofErr w:type="spellStart"/>
    <w:r w:rsidRPr="00A44951">
      <w:rPr>
        <w:rFonts w:ascii="Tahoma" w:hAnsi="Tahoma" w:cs="Tahoma"/>
        <w:b/>
        <w:spacing w:val="-2"/>
        <w:sz w:val="20"/>
      </w:rPr>
      <w:t>Verteiler</w:t>
    </w:r>
    <w:proofErr w:type="spellEnd"/>
    <w:r w:rsidRPr="00A44951">
      <w:rPr>
        <w:rFonts w:ascii="Tahoma" w:hAnsi="Tahoma" w:cs="Tahoma"/>
        <w:b/>
        <w:spacing w:val="-2"/>
        <w:sz w:val="20"/>
      </w:rPr>
      <w:t>:</w:t>
    </w:r>
  </w:p>
  <w:tbl>
    <w:tblPr>
      <w:tblStyle w:val="TableNormal"/>
      <w:tblW w:w="0" w:type="auto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</w:tblGrid>
    <w:tr w:rsidR="00A44951" w:rsidRPr="00A44951" w:rsidTr="00F642C0">
      <w:trPr>
        <w:trHeight w:val="239"/>
      </w:trPr>
      <w:tc>
        <w:tcPr>
          <w:tcW w:w="680" w:type="dxa"/>
        </w:tcPr>
        <w:p w:rsidR="00A44951" w:rsidRPr="00A44951" w:rsidRDefault="00A44951" w:rsidP="00A44951">
          <w:pPr>
            <w:pStyle w:val="TableParagraph"/>
            <w:ind w:right="288"/>
            <w:jc w:val="right"/>
            <w:rPr>
              <w:sz w:val="20"/>
            </w:rPr>
          </w:pPr>
          <w:r w:rsidRPr="00A44951">
            <w:rPr>
              <w:w w:val="97"/>
              <w:sz w:val="20"/>
            </w:rPr>
            <w:t>x</w:t>
          </w:r>
        </w:p>
      </w:tc>
      <w:tc>
        <w:tcPr>
          <w:tcW w:w="680" w:type="dxa"/>
        </w:tcPr>
        <w:p w:rsidR="00A44951" w:rsidRPr="00A44951" w:rsidRDefault="00A44951" w:rsidP="00A44951">
          <w:pPr>
            <w:pStyle w:val="TableParagraph"/>
            <w:spacing w:line="240" w:lineRule="auto"/>
            <w:rPr>
              <w:sz w:val="16"/>
            </w:rPr>
          </w:pPr>
        </w:p>
      </w:tc>
      <w:tc>
        <w:tcPr>
          <w:tcW w:w="680" w:type="dxa"/>
        </w:tcPr>
        <w:p w:rsidR="00A44951" w:rsidRPr="00A44951" w:rsidRDefault="00A44951" w:rsidP="00A44951">
          <w:pPr>
            <w:pStyle w:val="TableParagraph"/>
            <w:spacing w:line="240" w:lineRule="auto"/>
            <w:rPr>
              <w:sz w:val="16"/>
            </w:rPr>
          </w:pPr>
        </w:p>
      </w:tc>
      <w:tc>
        <w:tcPr>
          <w:tcW w:w="680" w:type="dxa"/>
        </w:tcPr>
        <w:p w:rsidR="00A44951" w:rsidRPr="00A44951" w:rsidRDefault="00A44951" w:rsidP="00A44951">
          <w:pPr>
            <w:pStyle w:val="TableParagraph"/>
            <w:spacing w:line="240" w:lineRule="auto"/>
            <w:rPr>
              <w:sz w:val="16"/>
            </w:rPr>
          </w:pPr>
        </w:p>
      </w:tc>
      <w:tc>
        <w:tcPr>
          <w:tcW w:w="680" w:type="dxa"/>
        </w:tcPr>
        <w:p w:rsidR="00A44951" w:rsidRPr="00A44951" w:rsidRDefault="00A44951" w:rsidP="00A44951">
          <w:pPr>
            <w:pStyle w:val="TableParagraph"/>
            <w:spacing w:line="240" w:lineRule="auto"/>
            <w:rPr>
              <w:sz w:val="16"/>
            </w:rPr>
          </w:pPr>
        </w:p>
      </w:tc>
      <w:tc>
        <w:tcPr>
          <w:tcW w:w="680" w:type="dxa"/>
        </w:tcPr>
        <w:p w:rsidR="00A44951" w:rsidRPr="00A44951" w:rsidRDefault="00A44951" w:rsidP="00A44951">
          <w:pPr>
            <w:pStyle w:val="TableParagraph"/>
            <w:spacing w:line="240" w:lineRule="auto"/>
            <w:rPr>
              <w:sz w:val="16"/>
            </w:rPr>
          </w:pPr>
        </w:p>
      </w:tc>
      <w:tc>
        <w:tcPr>
          <w:tcW w:w="680" w:type="dxa"/>
        </w:tcPr>
        <w:p w:rsidR="00A44951" w:rsidRPr="00A44951" w:rsidRDefault="00A44951" w:rsidP="00A44951">
          <w:pPr>
            <w:pStyle w:val="TableParagraph"/>
            <w:spacing w:line="240" w:lineRule="auto"/>
            <w:rPr>
              <w:sz w:val="16"/>
            </w:rPr>
          </w:pPr>
        </w:p>
      </w:tc>
      <w:tc>
        <w:tcPr>
          <w:tcW w:w="680" w:type="dxa"/>
        </w:tcPr>
        <w:p w:rsidR="00A44951" w:rsidRPr="00A44951" w:rsidRDefault="00A44951" w:rsidP="00A44951">
          <w:pPr>
            <w:pStyle w:val="TableParagraph"/>
            <w:spacing w:line="240" w:lineRule="auto"/>
            <w:rPr>
              <w:sz w:val="16"/>
            </w:rPr>
          </w:pPr>
        </w:p>
      </w:tc>
      <w:tc>
        <w:tcPr>
          <w:tcW w:w="680" w:type="dxa"/>
        </w:tcPr>
        <w:p w:rsidR="00A44951" w:rsidRPr="00A44951" w:rsidRDefault="00A44951" w:rsidP="00A44951">
          <w:pPr>
            <w:pStyle w:val="TableParagraph"/>
            <w:spacing w:line="240" w:lineRule="auto"/>
            <w:rPr>
              <w:sz w:val="16"/>
            </w:rPr>
          </w:pPr>
        </w:p>
      </w:tc>
      <w:tc>
        <w:tcPr>
          <w:tcW w:w="680" w:type="dxa"/>
        </w:tcPr>
        <w:p w:rsidR="00A44951" w:rsidRPr="00A44951" w:rsidRDefault="00A44951" w:rsidP="00A44951">
          <w:pPr>
            <w:pStyle w:val="TableParagraph"/>
            <w:spacing w:line="240" w:lineRule="auto"/>
            <w:rPr>
              <w:sz w:val="16"/>
            </w:rPr>
          </w:pPr>
        </w:p>
      </w:tc>
      <w:tc>
        <w:tcPr>
          <w:tcW w:w="680" w:type="dxa"/>
        </w:tcPr>
        <w:p w:rsidR="00A44951" w:rsidRPr="00A44951" w:rsidRDefault="00A44951" w:rsidP="00A44951">
          <w:pPr>
            <w:pStyle w:val="TableParagraph"/>
            <w:spacing w:line="240" w:lineRule="auto"/>
            <w:rPr>
              <w:sz w:val="16"/>
            </w:rPr>
          </w:pPr>
        </w:p>
      </w:tc>
      <w:tc>
        <w:tcPr>
          <w:tcW w:w="680" w:type="dxa"/>
        </w:tcPr>
        <w:p w:rsidR="00A44951" w:rsidRPr="00A44951" w:rsidRDefault="00A44951" w:rsidP="00A44951">
          <w:pPr>
            <w:pStyle w:val="TableParagraph"/>
            <w:spacing w:line="240" w:lineRule="auto"/>
            <w:rPr>
              <w:sz w:val="16"/>
            </w:rPr>
          </w:pPr>
        </w:p>
      </w:tc>
      <w:tc>
        <w:tcPr>
          <w:tcW w:w="680" w:type="dxa"/>
        </w:tcPr>
        <w:p w:rsidR="00A44951" w:rsidRPr="00A44951" w:rsidRDefault="00A44951" w:rsidP="00A44951">
          <w:pPr>
            <w:pStyle w:val="TableParagraph"/>
            <w:spacing w:line="240" w:lineRule="auto"/>
            <w:rPr>
              <w:sz w:val="16"/>
            </w:rPr>
          </w:pPr>
        </w:p>
      </w:tc>
      <w:tc>
        <w:tcPr>
          <w:tcW w:w="680" w:type="dxa"/>
        </w:tcPr>
        <w:p w:rsidR="00A44951" w:rsidRPr="00A44951" w:rsidRDefault="00A44951" w:rsidP="00A44951">
          <w:pPr>
            <w:pStyle w:val="TableParagraph"/>
            <w:spacing w:line="240" w:lineRule="auto"/>
            <w:rPr>
              <w:sz w:val="16"/>
            </w:rPr>
          </w:pPr>
        </w:p>
      </w:tc>
    </w:tr>
    <w:tr w:rsidR="00A44951" w:rsidRPr="00A44951" w:rsidTr="00F642C0">
      <w:trPr>
        <w:trHeight w:val="239"/>
      </w:trPr>
      <w:tc>
        <w:tcPr>
          <w:tcW w:w="680" w:type="dxa"/>
        </w:tcPr>
        <w:p w:rsidR="00A44951" w:rsidRPr="00A44951" w:rsidRDefault="00A44951" w:rsidP="00A44951">
          <w:pPr>
            <w:pStyle w:val="TableParagraph"/>
            <w:ind w:right="263"/>
            <w:jc w:val="right"/>
            <w:rPr>
              <w:b/>
              <w:sz w:val="20"/>
            </w:rPr>
          </w:pPr>
          <w:r w:rsidRPr="00A44951">
            <w:rPr>
              <w:b/>
              <w:spacing w:val="-4"/>
              <w:sz w:val="20"/>
            </w:rPr>
            <w:t>Alle</w:t>
          </w:r>
        </w:p>
      </w:tc>
      <w:tc>
        <w:tcPr>
          <w:tcW w:w="680" w:type="dxa"/>
        </w:tcPr>
        <w:p w:rsidR="00A44951" w:rsidRPr="00A44951" w:rsidRDefault="00A44951" w:rsidP="00A44951">
          <w:pPr>
            <w:pStyle w:val="TableParagraph"/>
            <w:ind w:left="76"/>
            <w:rPr>
              <w:b/>
              <w:sz w:val="20"/>
            </w:rPr>
          </w:pPr>
          <w:r w:rsidRPr="00A44951">
            <w:rPr>
              <w:b/>
              <w:spacing w:val="-5"/>
              <w:sz w:val="20"/>
            </w:rPr>
            <w:t>GF</w:t>
          </w:r>
        </w:p>
      </w:tc>
      <w:tc>
        <w:tcPr>
          <w:tcW w:w="680" w:type="dxa"/>
        </w:tcPr>
        <w:p w:rsidR="00A44951" w:rsidRPr="00A44951" w:rsidRDefault="00A44951" w:rsidP="00A44951">
          <w:pPr>
            <w:pStyle w:val="TableParagraph"/>
            <w:ind w:left="78"/>
            <w:rPr>
              <w:b/>
              <w:sz w:val="20"/>
            </w:rPr>
          </w:pPr>
          <w:r w:rsidRPr="00A44951">
            <w:rPr>
              <w:b/>
              <w:spacing w:val="-4"/>
              <w:sz w:val="20"/>
            </w:rPr>
            <w:t>Med.</w:t>
          </w:r>
        </w:p>
      </w:tc>
      <w:tc>
        <w:tcPr>
          <w:tcW w:w="680" w:type="dxa"/>
        </w:tcPr>
        <w:p w:rsidR="00A44951" w:rsidRPr="00A44951" w:rsidRDefault="00A44951" w:rsidP="00A44951">
          <w:pPr>
            <w:pStyle w:val="TableParagraph"/>
            <w:ind w:left="78"/>
            <w:rPr>
              <w:b/>
              <w:sz w:val="20"/>
            </w:rPr>
          </w:pPr>
          <w:r w:rsidRPr="00A44951">
            <w:rPr>
              <w:b/>
              <w:spacing w:val="-5"/>
              <w:sz w:val="20"/>
            </w:rPr>
            <w:t>MSD</w:t>
          </w:r>
        </w:p>
      </w:tc>
      <w:tc>
        <w:tcPr>
          <w:tcW w:w="680" w:type="dxa"/>
        </w:tcPr>
        <w:p w:rsidR="00A44951" w:rsidRPr="00A44951" w:rsidRDefault="00A44951" w:rsidP="00A44951">
          <w:pPr>
            <w:pStyle w:val="TableParagraph"/>
            <w:ind w:left="72"/>
            <w:rPr>
              <w:b/>
              <w:sz w:val="20"/>
            </w:rPr>
          </w:pPr>
          <w:r w:rsidRPr="00A44951">
            <w:rPr>
              <w:b/>
              <w:spacing w:val="-5"/>
              <w:sz w:val="20"/>
            </w:rPr>
            <w:t>PD</w:t>
          </w:r>
        </w:p>
      </w:tc>
      <w:tc>
        <w:tcPr>
          <w:tcW w:w="680" w:type="dxa"/>
        </w:tcPr>
        <w:p w:rsidR="00A44951" w:rsidRPr="00A44951" w:rsidRDefault="00A44951" w:rsidP="00A44951">
          <w:pPr>
            <w:pStyle w:val="TableParagraph"/>
            <w:ind w:left="70"/>
            <w:rPr>
              <w:b/>
              <w:sz w:val="20"/>
            </w:rPr>
          </w:pPr>
          <w:r w:rsidRPr="00A44951">
            <w:rPr>
              <w:b/>
              <w:spacing w:val="-5"/>
              <w:sz w:val="20"/>
            </w:rPr>
            <w:t>PT</w:t>
          </w:r>
        </w:p>
      </w:tc>
      <w:tc>
        <w:tcPr>
          <w:tcW w:w="680" w:type="dxa"/>
        </w:tcPr>
        <w:p w:rsidR="00A44951" w:rsidRPr="00A44951" w:rsidRDefault="00A44951" w:rsidP="00A44951">
          <w:pPr>
            <w:pStyle w:val="TableParagraph"/>
            <w:ind w:left="73"/>
            <w:rPr>
              <w:b/>
              <w:sz w:val="20"/>
            </w:rPr>
          </w:pPr>
          <w:r w:rsidRPr="00A44951">
            <w:rPr>
              <w:b/>
              <w:spacing w:val="-5"/>
              <w:sz w:val="20"/>
            </w:rPr>
            <w:t>Phy</w:t>
          </w:r>
        </w:p>
      </w:tc>
      <w:tc>
        <w:tcPr>
          <w:tcW w:w="680" w:type="dxa"/>
        </w:tcPr>
        <w:p w:rsidR="00A44951" w:rsidRPr="00A44951" w:rsidRDefault="00A44951" w:rsidP="00A44951">
          <w:pPr>
            <w:pStyle w:val="TableParagraph"/>
            <w:ind w:left="76"/>
            <w:rPr>
              <w:b/>
              <w:sz w:val="20"/>
            </w:rPr>
          </w:pPr>
          <w:r w:rsidRPr="00A44951">
            <w:rPr>
              <w:b/>
              <w:spacing w:val="-4"/>
              <w:sz w:val="20"/>
            </w:rPr>
            <w:t>Ergo</w:t>
          </w:r>
        </w:p>
      </w:tc>
      <w:tc>
        <w:tcPr>
          <w:tcW w:w="680" w:type="dxa"/>
        </w:tcPr>
        <w:p w:rsidR="00A44951" w:rsidRPr="00A44951" w:rsidRDefault="00A44951" w:rsidP="00A44951">
          <w:pPr>
            <w:pStyle w:val="TableParagraph"/>
            <w:ind w:left="74"/>
            <w:rPr>
              <w:b/>
              <w:sz w:val="20"/>
            </w:rPr>
          </w:pPr>
          <w:r w:rsidRPr="00A44951">
            <w:rPr>
              <w:b/>
              <w:spacing w:val="-5"/>
              <w:sz w:val="20"/>
            </w:rPr>
            <w:t>VwE</w:t>
          </w:r>
        </w:p>
      </w:tc>
      <w:tc>
        <w:tcPr>
          <w:tcW w:w="680" w:type="dxa"/>
        </w:tcPr>
        <w:p w:rsidR="00A44951" w:rsidRPr="00A44951" w:rsidRDefault="00A44951" w:rsidP="00A44951">
          <w:pPr>
            <w:pStyle w:val="TableParagraph"/>
            <w:ind w:left="75"/>
            <w:rPr>
              <w:b/>
              <w:sz w:val="20"/>
            </w:rPr>
          </w:pPr>
          <w:r w:rsidRPr="00A44951">
            <w:rPr>
              <w:b/>
              <w:spacing w:val="-5"/>
              <w:sz w:val="20"/>
            </w:rPr>
            <w:t>Kü</w:t>
          </w:r>
        </w:p>
      </w:tc>
      <w:tc>
        <w:tcPr>
          <w:tcW w:w="680" w:type="dxa"/>
        </w:tcPr>
        <w:p w:rsidR="00A44951" w:rsidRPr="00A44951" w:rsidRDefault="00A44951" w:rsidP="00A44951">
          <w:pPr>
            <w:pStyle w:val="TableParagraph"/>
            <w:ind w:left="73"/>
            <w:rPr>
              <w:b/>
              <w:sz w:val="20"/>
            </w:rPr>
          </w:pPr>
          <w:r w:rsidRPr="00A44951">
            <w:rPr>
              <w:b/>
              <w:spacing w:val="-5"/>
              <w:sz w:val="20"/>
            </w:rPr>
            <w:t>Se</w:t>
          </w:r>
        </w:p>
      </w:tc>
      <w:tc>
        <w:tcPr>
          <w:tcW w:w="680" w:type="dxa"/>
        </w:tcPr>
        <w:p w:rsidR="00A44951" w:rsidRPr="00A44951" w:rsidRDefault="00A44951" w:rsidP="00A44951">
          <w:pPr>
            <w:pStyle w:val="TableParagraph"/>
            <w:ind w:left="73"/>
            <w:rPr>
              <w:b/>
              <w:sz w:val="20"/>
            </w:rPr>
          </w:pPr>
          <w:r w:rsidRPr="00A44951">
            <w:rPr>
              <w:b/>
              <w:spacing w:val="-5"/>
              <w:sz w:val="20"/>
            </w:rPr>
            <w:t>HT</w:t>
          </w:r>
        </w:p>
      </w:tc>
      <w:tc>
        <w:tcPr>
          <w:tcW w:w="680" w:type="dxa"/>
        </w:tcPr>
        <w:p w:rsidR="00A44951" w:rsidRPr="00A44951" w:rsidRDefault="00A44951" w:rsidP="00A44951">
          <w:pPr>
            <w:pStyle w:val="TableParagraph"/>
            <w:ind w:left="74"/>
            <w:rPr>
              <w:b/>
              <w:sz w:val="20"/>
            </w:rPr>
          </w:pPr>
          <w:r w:rsidRPr="00A44951">
            <w:rPr>
              <w:b/>
              <w:spacing w:val="-5"/>
              <w:sz w:val="20"/>
            </w:rPr>
            <w:t>Fa</w:t>
          </w:r>
        </w:p>
      </w:tc>
      <w:tc>
        <w:tcPr>
          <w:tcW w:w="680" w:type="dxa"/>
        </w:tcPr>
        <w:p w:rsidR="00A44951" w:rsidRPr="00A44951" w:rsidRDefault="00A44951" w:rsidP="00A44951">
          <w:pPr>
            <w:pStyle w:val="TableParagraph"/>
            <w:ind w:left="74"/>
            <w:rPr>
              <w:b/>
              <w:sz w:val="20"/>
            </w:rPr>
          </w:pPr>
          <w:r w:rsidRPr="00A44951">
            <w:rPr>
              <w:b/>
              <w:spacing w:val="-5"/>
              <w:sz w:val="20"/>
            </w:rPr>
            <w:t>Re</w:t>
          </w:r>
        </w:p>
      </w:tc>
    </w:tr>
  </w:tbl>
  <w:p w:rsidR="00A44951" w:rsidRDefault="00A4495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1A10"/>
    <w:rsid w:val="0029639D"/>
    <w:rsid w:val="00326F90"/>
    <w:rsid w:val="00436F13"/>
    <w:rsid w:val="00481333"/>
    <w:rsid w:val="006A6F7E"/>
    <w:rsid w:val="00A44951"/>
    <w:rsid w:val="00AA1D8D"/>
    <w:rsid w:val="00B41598"/>
    <w:rsid w:val="00B47730"/>
    <w:rsid w:val="00CB0664"/>
    <w:rsid w:val="00EF6E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CD652D6"/>
  <w14:defaultImageDpi w14:val="300"/>
  <w15:docId w15:val="{07358165-8116-4E48-89DF-2C513DDAA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">
    <w:name w:val="Table Normal"/>
    <w:uiPriority w:val="2"/>
    <w:semiHidden/>
    <w:unhideWhenUsed/>
    <w:qFormat/>
    <w:rsid w:val="00A44951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A44951"/>
    <w:pPr>
      <w:widowControl w:val="0"/>
      <w:autoSpaceDE w:val="0"/>
      <w:autoSpaceDN w:val="0"/>
      <w:spacing w:after="0" w:line="219" w:lineRule="exact"/>
    </w:pPr>
    <w:rPr>
      <w:rFonts w:ascii="Tahoma" w:eastAsia="Tahoma" w:hAnsi="Tahoma" w:cs="Tahoma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A6F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A6F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A8BFA79-E18F-42DE-AB20-1A02C86B4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1746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Jörn Kentzler</cp:lastModifiedBy>
  <cp:revision>6</cp:revision>
  <dcterms:created xsi:type="dcterms:W3CDTF">2026-09-02T13:06:00Z</dcterms:created>
  <dcterms:modified xsi:type="dcterms:W3CDTF">2026-09-07T08:00:00Z</dcterms:modified>
  <cp:category/>
</cp:coreProperties>
</file>